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98" w:type="dxa"/>
          <w:left w:w="255" w:type="dxa"/>
          <w:bottom w:w="198" w:type="dxa"/>
          <w:right w:w="255" w:type="dxa"/>
        </w:tblCellMar>
      </w:tblPr>
      <w:tblGrid>
        <w:gridCol w:w="10092"/>
      </w:tblGrid>
      <w:tr>
        <w:tc>
          <w:tcPr>
            <w:tcW w:type="dxa" w:w="10091"/>
            <w:shd w:val="clear" w:color="auto" w:fill="E8EEFB"/>
          </w:tcPr>
          <w:p>
            <w:r>
              <w:rPr>
                <w:b/>
                <w:i w:val="0"/>
                <w:caps w:val="0"/>
                <w:color w:val="1F2A44"/>
                <w:sz w:val="36"/>
              </w:rPr>
              <w:t>Соколов Артём</w:t>
            </w:r>
          </w:p>
          <w:p>
            <w:pPr>
              <w:spacing w:before="40" w:after="0"/>
            </w:pPr>
            <w:r>
              <w:rPr>
                <w:b w:val="0"/>
                <w:i w:val="0"/>
                <w:caps w:val="0"/>
                <w:color w:val="1F2A44"/>
                <w:sz w:val="22"/>
              </w:rPr>
              <w:t>Стажёр / младший специалист по работе с клиентами</w:t>
            </w:r>
          </w:p>
          <w:p>
            <w:pPr>
              <w:spacing w:before="80" w:after="0"/>
            </w:pPr>
            <w:r>
              <w:rPr>
                <w:b w:val="0"/>
                <w:i w:val="0"/>
                <w:caps w:val="0"/>
                <w:color w:val="6B7280"/>
                <w:sz w:val="18"/>
              </w:rPr>
              <w:t>+7 (900) 000-00-04  ·  a.sokolov@example.ru  ·  Казань  ·  Готов к полной занятости</w:t>
            </w:r>
          </w:p>
        </w:tc>
      </w:tr>
    </w:tbl>
    <w:p>
      <w:pPr>
        <w:keepNext/>
        <w:spacing w:before="240" w:after="80"/>
        <w:pBdr>
          <w:bottom w:val="single" w:sz="6" w:space="2" w:color="C9D5FB"/>
        </w:pBdr>
      </w:pPr>
      <w:r>
        <w:rPr>
          <w:b/>
          <w:i w:val="0"/>
          <w:caps w:val="0"/>
          <w:color w:val="4F7AFD"/>
          <w:sz w:val="22"/>
        </w:rPr>
        <w:t>О себе</w:t>
      </w:r>
    </w:p>
    <w:p>
      <w:pPr>
        <w:spacing w:before="0" w:after="0" w:line="264" w:lineRule="auto"/>
      </w:pPr>
      <w:r>
        <w:rPr>
          <w:b w:val="0"/>
          <w:i w:val="0"/>
          <w:caps w:val="0"/>
        </w:rPr>
        <w:t>Студент 4 курса, ищу первую работу в клиентском сервисе. Есть опыт подработки администратором и волонтёрства на городских мероприятиях. Быстро учусь, спокойно общаюсь с людьми, аккуратно веду таблицы и документы.</w:t>
      </w:r>
    </w:p>
    <w:p>
      <w:pPr>
        <w:keepNext/>
        <w:spacing w:before="240" w:after="80"/>
        <w:pBdr>
          <w:bottom w:val="single" w:sz="6" w:space="2" w:color="C9D5FB"/>
        </w:pBdr>
      </w:pPr>
      <w:r>
        <w:rPr>
          <w:b/>
          <w:i w:val="0"/>
          <w:caps w:val="0"/>
          <w:color w:val="4F7AFD"/>
          <w:sz w:val="22"/>
        </w:rPr>
        <w:t>Образование</w:t>
      </w:r>
    </w:p>
    <w:p>
      <w:pPr>
        <w:spacing w:before="0" w:after="0"/>
      </w:pPr>
      <w:r>
        <w:rPr>
          <w:b/>
          <w:i w:val="0"/>
          <w:caps w:val="0"/>
        </w:rPr>
        <w:t>Казанский федеральный университет</w:t>
      </w:r>
      <w:r>
        <w:rPr>
          <w:b w:val="0"/>
          <w:i w:val="0"/>
          <w:caps w:val="0"/>
        </w:rPr>
        <w:t xml:space="preserve"> — Менеджмент, 4 курс, окончание в 2026 г.</w:t>
      </w:r>
    </w:p>
    <w:p>
      <w:pPr>
        <w:keepNext/>
        <w:spacing w:before="240" w:after="80"/>
        <w:pBdr>
          <w:bottom w:val="single" w:sz="6" w:space="2" w:color="C9D5FB"/>
        </w:pBdr>
      </w:pPr>
      <w:r>
        <w:rPr>
          <w:b/>
          <w:i w:val="0"/>
          <w:caps w:val="0"/>
          <w:color w:val="4F7AFD"/>
          <w:sz w:val="22"/>
        </w:rPr>
        <w:t>Проекты, практика и волонтёрство</w:t>
      </w:r>
    </w:p>
    <w:p>
      <w:pPr>
        <w:keepNext/>
        <w:spacing w:before="80" w:after="0"/>
      </w:pPr>
      <w:r>
        <w:rPr>
          <w:b/>
          <w:i w:val="0"/>
          <w:caps w:val="0"/>
        </w:rPr>
        <w:t>Курсовой проект: сервис записи в автосервис</w:t>
      </w:r>
      <w:r>
        <w:rPr>
          <w:b w:val="0"/>
          <w:i w:val="0"/>
          <w:caps w:val="0"/>
          <w:color w:val="6B7280"/>
          <w:sz w:val="18"/>
        </w:rPr>
        <w:t xml:space="preserve">  ·  2025</w:t>
      </w:r>
    </w:p>
    <w:p>
      <w:pPr>
        <w:tabs>
          <w:tab w:pos="255" w:val="left"/>
        </w:tabs>
        <w:spacing w:after="20"/>
        <w:ind w:left="255" w:hanging="255"/>
      </w:pPr>
      <w:r>
        <w:rPr>
          <w:b w:val="0"/>
          <w:i w:val="0"/>
          <w:caps w:val="0"/>
          <w:sz w:val="20"/>
        </w:rPr>
        <w:t>•</w:t>
        <w:tab/>
        <w:t>Опросил 40 клиентов, описал путь клиента и предложил скрипт звонка</w:t>
      </w:r>
    </w:p>
    <w:p>
      <w:pPr>
        <w:keepNext/>
        <w:spacing w:before="80" w:after="0"/>
      </w:pPr>
      <w:r>
        <w:rPr>
          <w:b/>
          <w:i w:val="0"/>
          <w:caps w:val="0"/>
        </w:rPr>
        <w:t>Волонтёр Казанского марафона</w:t>
      </w:r>
      <w:r>
        <w:rPr>
          <w:b w:val="0"/>
          <w:i w:val="0"/>
          <w:caps w:val="0"/>
          <w:color w:val="6B7280"/>
          <w:sz w:val="18"/>
        </w:rPr>
        <w:t xml:space="preserve">  ·  2024</w:t>
      </w:r>
    </w:p>
    <w:p>
      <w:pPr>
        <w:tabs>
          <w:tab w:pos="255" w:val="left"/>
        </w:tabs>
        <w:spacing w:after="20"/>
        <w:ind w:left="255" w:hanging="255"/>
      </w:pPr>
      <w:r>
        <w:rPr>
          <w:b w:val="0"/>
          <w:i w:val="0"/>
          <w:caps w:val="0"/>
          <w:sz w:val="20"/>
        </w:rPr>
        <w:t>•</w:t>
        <w:tab/>
        <w:t>Встречал и регистрировал участников, отвечал на вопросы — 300+ человек за смену</w:t>
      </w:r>
    </w:p>
    <w:p>
      <w:pPr>
        <w:keepNext/>
        <w:spacing w:before="240" w:after="80"/>
        <w:pBdr>
          <w:bottom w:val="single" w:sz="6" w:space="2" w:color="C9D5FB"/>
        </w:pBdr>
      </w:pPr>
      <w:r>
        <w:rPr>
          <w:b/>
          <w:i w:val="0"/>
          <w:caps w:val="0"/>
          <w:color w:val="4F7AFD"/>
          <w:sz w:val="22"/>
        </w:rPr>
        <w:t>Опыт работы</w:t>
      </w:r>
    </w:p>
    <w:p>
      <w:pPr>
        <w:keepNext/>
        <w:spacing w:before="40" w:after="0"/>
      </w:pPr>
      <w:r>
        <w:rPr>
          <w:b/>
          <w:i w:val="0"/>
          <w:caps w:val="0"/>
        </w:rPr>
        <w:t>Администратор, неполная занятость</w:t>
      </w:r>
      <w:r>
        <w:rPr>
          <w:b w:val="0"/>
          <w:i w:val="0"/>
          <w:caps w:val="0"/>
          <w:sz w:val="19"/>
        </w:rPr>
        <w:t xml:space="preserve"> — Фитнес-клуб «Спорт Лайф»  ·  2024 — сейчас</w:t>
      </w:r>
    </w:p>
    <w:p>
      <w:pPr>
        <w:tabs>
          <w:tab w:pos="255" w:val="left"/>
        </w:tabs>
        <w:spacing w:after="20"/>
        <w:ind w:left="255" w:hanging="255"/>
      </w:pPr>
      <w:r>
        <w:rPr>
          <w:b w:val="0"/>
          <w:i w:val="0"/>
          <w:caps w:val="0"/>
          <w:sz w:val="20"/>
        </w:rPr>
        <w:t>•</w:t>
        <w:tab/>
        <w:t>Принимаю звонки и записи, работаю с кассой и CRM клуба</w:t>
      </w:r>
    </w:p>
    <w:p>
      <w:pPr>
        <w:keepNext/>
        <w:spacing w:before="240" w:after="80"/>
        <w:pBdr>
          <w:bottom w:val="single" w:sz="6" w:space="2" w:color="C9D5FB"/>
        </w:pBdr>
      </w:pPr>
      <w:r>
        <w:rPr>
          <w:b/>
          <w:i w:val="0"/>
          <w:caps w:val="0"/>
          <w:color w:val="4F7AFD"/>
          <w:sz w:val="22"/>
        </w:rPr>
        <w:t>Навыки</w:t>
      </w:r>
    </w:p>
    <w:p>
      <w:pPr>
        <w:spacing w:before="0" w:after="0"/>
      </w:pPr>
      <w:r>
        <w:rPr>
          <w:b w:val="0"/>
          <w:i w:val="0"/>
          <w:caps w:val="0"/>
        </w:rPr>
        <w:t>Деловая переписка · Работа с CRM · Excel · Кассовая дисциплина · Грамотная речь</w:t>
      </w:r>
    </w:p>
    <w:p>
      <w:pPr>
        <w:keepNext/>
        <w:spacing w:before="240" w:after="80"/>
        <w:pBdr>
          <w:bottom w:val="single" w:sz="6" w:space="2" w:color="C9D5FB"/>
        </w:pBdr>
      </w:pPr>
      <w:r>
        <w:rPr>
          <w:b/>
          <w:i w:val="0"/>
          <w:caps w:val="0"/>
          <w:color w:val="4F7AFD"/>
          <w:sz w:val="22"/>
        </w:rPr>
        <w:t>Курсы и языки</w:t>
      </w:r>
    </w:p>
    <w:p>
      <w:pPr>
        <w:tabs>
          <w:tab w:pos="255" w:val="left"/>
        </w:tabs>
        <w:spacing w:after="20"/>
        <w:ind w:left="255" w:hanging="255"/>
      </w:pPr>
      <w:r>
        <w:rPr>
          <w:b w:val="0"/>
          <w:i w:val="0"/>
          <w:caps w:val="0"/>
          <w:sz w:val="20"/>
        </w:rPr>
        <w:t>•</w:t>
        <w:tab/>
        <w:t>«Основы деловой переписки», Stepik, 2025</w:t>
      </w:r>
    </w:p>
    <w:p>
      <w:pPr>
        <w:tabs>
          <w:tab w:pos="255" w:val="left"/>
        </w:tabs>
        <w:spacing w:after="20"/>
        <w:ind w:left="255" w:hanging="255"/>
      </w:pPr>
      <w:r>
        <w:rPr>
          <w:b w:val="0"/>
          <w:i w:val="0"/>
          <w:caps w:val="0"/>
          <w:sz w:val="20"/>
        </w:rPr>
        <w:t>•</w:t>
        <w:tab/>
        <w:t>Языки: Английский — B1</w:t>
      </w:r>
    </w:p>
    <w:p>
      <w:pPr>
        <w:spacing w:before="160" w:after="0"/>
      </w:pPr>
      <w:r>
        <w:rPr>
          <w:b w:val="0"/>
          <w:i/>
          <w:caps w:val="0"/>
          <w:color w:val="6B7280"/>
        </w:rPr>
        <w:t>Могу работать по гибкому графику до окончания учёбы в июне 2026.</w:t>
      </w:r>
    </w:p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aps w:val="0"/>
        <w:color w:val="6B7280"/>
        <w:sz w:val="14"/>
      </w:rPr>
      <w:t>Шаблон с сайта resumero.ru — там же можно заполнить резюме онлайн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без опыта работы — шаблон</dc:title>
  <dc:subject/>
  <dc:creator>Resumero.ru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